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>
      <w:pPr>
        <w:keepNext/>
        <w:spacing w:before="60" w:after="60" w:line="240" w:lineRule="auto"/>
      </w:pPr>
      <w:r>
        <w:rPr>
          <w:rFonts w:ascii="Arial" w:hAnsi="Arial"/>
          <w:b/>
          <w:i w:val="0"/>
          <w:color w:val="24466F"/>
          <w:sz w:val="31"/>
        </w:rPr>
        <w:t>Basic Client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191"/>
        <w:gridCol w:w="3912"/>
        <w:gridCol w:w="964"/>
        <w:gridCol w:w="3912"/>
      </w:tblGrid>
      <w:tr>
        <w:tc>
          <w:tcPr>
            <w:tcW w:type="dxa" w:w="1191"/>
            <w:vAlign w:val="center"/>
            <w:tcMar>
              <w:top w:w="25" w:type="dxa"/>
              <w:start w:w="20" w:type="dxa"/>
              <w:bottom w:w="25" w:type="dxa"/>
              <w:end w:w="6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20"/>
              </w:rPr>
              <w:t>Full Name</w:t>
            </w:r>
          </w:p>
        </w:tc>
        <w:tc>
          <w:tcPr>
            <w:tcW w:type="dxa" w:w="3912"/>
            <w:vAlign w:val="center"/>
            <w:tcMar>
              <w:top w:w="25" w:type="dxa"/>
              <w:start w:w="20" w:type="dxa"/>
              <w:bottom w:w="25" w:type="dxa"/>
              <w:end w:w="6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20"/>
              </w:rPr>
              <w:t>...........................................</w:t>
            </w:r>
          </w:p>
        </w:tc>
        <w:tc>
          <w:tcPr>
            <w:tcW w:type="dxa" w:w="964"/>
            <w:vAlign w:val="center"/>
            <w:tcMar>
              <w:top w:w="25" w:type="dxa"/>
              <w:start w:w="20" w:type="dxa"/>
              <w:bottom w:w="25" w:type="dxa"/>
              <w:end w:w="6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20"/>
              </w:rPr>
              <w:t>Gender</w:t>
            </w:r>
          </w:p>
        </w:tc>
        <w:tc>
          <w:tcPr>
            <w:tcW w:type="dxa" w:w="3912"/>
            <w:vAlign w:val="center"/>
            <w:tcMar>
              <w:top w:w="25" w:type="dxa"/>
              <w:start w:w="20" w:type="dxa"/>
              <w:bottom w:w="25" w:type="dxa"/>
              <w:end w:w="6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20"/>
              </w:rPr>
              <w:t>...................................</w:t>
            </w:r>
          </w:p>
        </w:tc>
      </w:tr>
      <w:tr>
        <w:tc>
          <w:tcPr>
            <w:tcW w:type="dxa" w:w="1191"/>
            <w:vAlign w:val="center"/>
            <w:tcMar>
              <w:top w:w="25" w:type="dxa"/>
              <w:start w:w="20" w:type="dxa"/>
              <w:bottom w:w="25" w:type="dxa"/>
              <w:end w:w="6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20"/>
              </w:rPr>
              <w:t>Age</w:t>
            </w:r>
          </w:p>
        </w:tc>
        <w:tc>
          <w:tcPr>
            <w:tcW w:type="dxa" w:w="3912"/>
            <w:vAlign w:val="center"/>
            <w:tcMar>
              <w:top w:w="25" w:type="dxa"/>
              <w:start w:w="20" w:type="dxa"/>
              <w:bottom w:w="25" w:type="dxa"/>
              <w:end w:w="6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20"/>
              </w:rPr>
              <w:t>................................................</w:t>
            </w:r>
          </w:p>
        </w:tc>
        <w:tc>
          <w:tcPr>
            <w:tcW w:type="dxa" w:w="964"/>
            <w:vAlign w:val="center"/>
            <w:tcMar>
              <w:top w:w="25" w:type="dxa"/>
              <w:start w:w="20" w:type="dxa"/>
              <w:bottom w:w="25" w:type="dxa"/>
              <w:end w:w="6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20"/>
              </w:rPr>
              <w:t>Date</w:t>
            </w:r>
          </w:p>
        </w:tc>
        <w:tc>
          <w:tcPr>
            <w:tcW w:type="dxa" w:w="3912"/>
            <w:vAlign w:val="center"/>
            <w:tcMar>
              <w:top w:w="25" w:type="dxa"/>
              <w:start w:w="20" w:type="dxa"/>
              <w:bottom w:w="25" w:type="dxa"/>
              <w:end w:w="60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20"/>
              </w:rPr>
              <w:t>.......................................</w:t>
            </w:r>
          </w:p>
        </w:tc>
      </w:tr>
    </w:tbl>
    <w:p>
      <w:pPr>
        <w:keepNext/>
        <w:spacing w:before="160" w:after="60" w:line="240" w:lineRule="auto"/>
      </w:pPr>
      <w:r>
        <w:rPr>
          <w:rFonts w:ascii="Arial" w:hAnsi="Arial"/>
          <w:b/>
          <w:i w:val="0"/>
          <w:color w:val="24466F"/>
          <w:sz w:val="31"/>
        </w:rPr>
        <w:t>Symptoms</w:t>
      </w:r>
    </w:p>
    <w:p>
      <w:pPr>
        <w:keepNext/>
        <w:spacing w:before="0" w:after="20" w:line="259" w:lineRule="auto"/>
      </w:pPr>
      <w:r>
        <w:rPr>
          <w:rFonts w:ascii="Arial" w:hAnsi="Arial"/>
          <w:b/>
          <w:i w:val="0"/>
          <w:color w:val="222222"/>
          <w:sz w:val="20"/>
        </w:rPr>
        <w:t>1. Please rate your symptoms during the last week by placing a tick in the box that best describes each symptom.</w:t>
      </w:r>
      <w:r>
        <w:rPr>
          <w:rFonts w:ascii="Arial" w:hAnsi="Arial"/>
          <w:b/>
          <w:i/>
          <w:color w:val="222222"/>
          <w:sz w:val="19"/>
        </w:rPr>
        <w:br/>
        <w:t>(please tick none if you do not have this symptom)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025"/>
        <w:gridCol w:w="1701"/>
        <w:gridCol w:w="1701"/>
        <w:gridCol w:w="1701"/>
        <w:gridCol w:w="1701"/>
      </w:tblGrid>
      <w:t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No symptoms</w:t>
              <w:br/>
              <w:t>or very rarely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Occasional</w:t>
              <w:br/>
              <w:t>mild symptoms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Frequent symptoms that</w:t>
              <w:br/>
              <w:t>affect some social activities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28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5"/>
              </w:rPr>
              <w:t>Continuous symptoms that</w:t>
              <w:br/>
              <w:t>affect most social activities</w:t>
            </w:r>
          </w:p>
        </w:tc>
      </w:tr>
      <w:t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 w:val="0"/>
                <w:i w:val="0"/>
                <w:color w:val="222222"/>
                <w:sz w:val="18"/>
              </w:rPr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None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Mild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Moderate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Severe</w:t>
            </w:r>
          </w:p>
        </w:tc>
      </w:tr>
      <w:tr>
        <w:trPr>
          <w:trHeight w:val="420" w:hRule="atLeast"/>
        </w:trP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5F5F5"/>
          </w:tcPr>
          <w:p>
            <w:pPr>
              <w:keepNext w:val="0"/>
              <w:spacing w:before="0" w:after="0" w:line="228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Abdominal pain/discomfort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420" w:hRule="atLeast"/>
        </w:trP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5F5F5"/>
          </w:tcPr>
          <w:p>
            <w:pPr>
              <w:keepNext w:val="0"/>
              <w:spacing w:before="0" w:after="0" w:line="228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Abdominal bloating/distension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420" w:hRule="atLeast"/>
        </w:trP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5F5F5"/>
          </w:tcPr>
          <w:p>
            <w:pPr>
              <w:keepNext w:val="0"/>
              <w:spacing w:before="0" w:after="0" w:line="228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Increased flatulence/wind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420" w:hRule="atLeast"/>
        </w:trP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5F5F5"/>
          </w:tcPr>
          <w:p>
            <w:pPr>
              <w:keepNext w:val="0"/>
              <w:spacing w:before="0" w:after="0" w:line="228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Belching or burping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420" w:hRule="atLeast"/>
        </w:trP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5F5F5"/>
          </w:tcPr>
          <w:p>
            <w:pPr>
              <w:keepNext w:val="0"/>
              <w:spacing w:before="0" w:after="0" w:line="228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Stomach/abdominal gurgling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420" w:hRule="atLeast"/>
        </w:trP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5F5F5"/>
          </w:tcPr>
          <w:p>
            <w:pPr>
              <w:keepNext w:val="0"/>
              <w:spacing w:before="0" w:after="0" w:line="228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Urgency to open bowels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522" w:hRule="atLeast"/>
        </w:trP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5F5F5"/>
          </w:tcPr>
          <w:p>
            <w:pPr>
              <w:keepNext w:val="0"/>
              <w:spacing w:before="0" w:after="0" w:line="228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Incomplete evacuation</w:t>
              <w:br/>
              <w:t>(feeling of inability to pass all stool)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420" w:hRule="atLeast"/>
        </w:trP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5F5F5"/>
          </w:tcPr>
          <w:p>
            <w:pPr>
              <w:keepNext w:val="0"/>
              <w:spacing w:before="0" w:after="0" w:line="228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Nausea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420" w:hRule="atLeast"/>
        </w:trP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5F5F5"/>
          </w:tcPr>
          <w:p>
            <w:pPr>
              <w:keepNext w:val="0"/>
              <w:spacing w:before="0" w:after="0" w:line="228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Heartburn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420" w:hRule="atLeast"/>
        </w:trP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5F5F5"/>
          </w:tcPr>
          <w:p>
            <w:pPr>
              <w:keepNext w:val="0"/>
              <w:spacing w:before="0" w:after="0" w:line="228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Acid regurgitation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420" w:hRule="atLeast"/>
        </w:trPr>
        <w:tc>
          <w:tcPr>
            <w:tcW w:type="dxa" w:w="4025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  <w:shd w:fill="F5F5F5"/>
          </w:tcPr>
          <w:p>
            <w:pPr>
              <w:keepNext w:val="0"/>
              <w:spacing w:before="0" w:after="0" w:line="228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8"/>
              </w:rPr>
              <w:t>Tiredness/lethargy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1701"/>
            <w:vAlign w:val="center"/>
            <w:tcMar>
              <w:top w:w="45" w:type="dxa"/>
              <w:start w:w="55" w:type="dxa"/>
              <w:bottom w:w="45" w:type="dxa"/>
              <w:end w:w="5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</w:tbl>
    <w:p>
      <w:pPr>
        <w:sectPr>
          <w:headerReference w:type="default" r:id="rId8"/>
          <w:footerReference w:type="default" r:id="rId9"/>
          <w:pgSz w:w="11906" w:h="16838"/>
          <w:pgMar w:top="198" w:right="369" w:bottom="822" w:left="369" w:header="85" w:footer="57" w:gutter="0"/>
          <w:cols w:space="720"/>
          <w:docGrid w:linePitch="360"/>
        </w:sectPr>
      </w:pPr>
    </w:p>
    <w:tbl>
      <w:tblPr>
        <w:tblW w:w="1185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102"/>
        <w:gridCol w:w="6432"/>
        <w:gridCol w:w="3321"/>
      </w:tblGrid>
      <w:tr w:rsidR="00E61874" w14:paraId="654BEC0E" w14:textId="77777777" w:rsidTr="00E61874">
        <w:trPr>
          <w:trHeight w:val="1849"/>
          <w:jc w:val="center"/>
        </w:trPr>
        <w:tc>
          <w:tcPr>
            <w:tcW w:w="2102" w:type="dxa"/>
            <w:shd w:val="clear" w:color="auto" w:fill="F4F1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FBA0ECC" w14:textId="77777777" w:rsidR="00E61874" w:rsidRDefault="00E61874" w:rsidP="00E61874"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17999" cy="917999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7999" cy="91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432" w:type="dxa"/>
            <w:shd w:val="clear" w:color="auto" w:fill="F4F1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6FD65237" w14:textId="77777777" w:rsidR="00E61874" w:rsidRDefault="00E61874" w:rsidP="00E61874">
            <w:pPr>
              <w:spacing w:after="60" w:line="240" w:lineRule="auto"/>
            </w:pPr>
            <w:r>
              <w:rPr>
                <w:rFonts w:ascii="Arial" w:hAnsi="Arial"/>
                <w:b/>
                <w:i w:val="0"/>
                <w:color w:val="24466F"/>
                <w:sz w:val="35"/>
              </w:rPr>
              <w:t>Symptom Evaluation Form</w:t>
            </w:r>
          </w:p>
          <w:p w14:paraId="0C1D0B55" w14:textId="77777777" w:rsidR="00E61874" w:rsidRDefault="00E61874" w:rsidP="00E61874">
            <w:pPr>
              <w:spacing w:line="240" w:lineRule="auto"/>
            </w:pPr>
            <w:r>
              <w:rPr>
                <w:b/>
                <w:color w:val="24466F"/>
              </w:rPr>
              <w:t>Please complete this form prior to your appointment and return it via email or bring it with you to your consultation at Ballina Primary Care Centre.</w:t>
            </w:r>
          </w:p>
        </w:tc>
        <w:tc>
          <w:tcPr>
            <w:tcW w:w="3321" w:type="dxa"/>
            <w:tcBorders>
              <w:left w:val="single" w:sz="18" w:space="0" w:color="C9A960"/>
            </w:tcBorders>
            <w:shd w:val="clear" w:color="auto" w:fill="F4F1EE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1487F63" w14:textId="77777777" w:rsidR="00E61874" w:rsidRDefault="00E61874" w:rsidP="00E61874">
            <w:pPr>
              <w:spacing w:line="252" w:lineRule="auto"/>
            </w:pPr>
            <w:r>
              <w:rPr>
                <w:color w:val="24466F"/>
              </w:rPr>
              <w:t>Mary Bourke Dietitian</w:t>
            </w:r>
            <w:r>
              <w:rPr>
                <w:color w:val="24466F"/>
              </w:rPr>
              <w:br/>
              <w:t>Ballina Primary Care Centre</w:t>
            </w:r>
            <w:r>
              <w:rPr>
                <w:color w:val="24466F"/>
              </w:rPr>
              <w:br/>
              <w:t>Ballina, Co. Mayo</w:t>
            </w:r>
            <w:r>
              <w:rPr>
                <w:color w:val="24466F"/>
              </w:rPr>
              <w:br/>
              <w:t>087 412 8948</w:t>
            </w:r>
            <w:r>
              <w:rPr>
                <w:color w:val="24466F"/>
              </w:rPr>
              <w:br/>
              <w:t>info@marybourkedietitian.ie</w:t>
            </w:r>
          </w:p>
        </w:tc>
      </w:tr>
    </w:tbl>
    <w:p>
      <w:pPr>
        <w:keepNext/>
        <w:spacing w:before="60" w:after="60" w:line="240" w:lineRule="auto"/>
      </w:pPr>
      <w:r>
        <w:rPr>
          <w:rFonts w:ascii="Arial" w:hAnsi="Arial"/>
          <w:b/>
          <w:i w:val="0"/>
          <w:color w:val="24466F"/>
          <w:sz w:val="31"/>
        </w:rPr>
        <w:t>Bowel Action</w:t>
      </w:r>
    </w:p>
    <w:p>
      <w:pPr>
        <w:keepNext/>
        <w:spacing w:before="0" w:after="100" w:line="252" w:lineRule="auto"/>
      </w:pPr>
      <w:r>
        <w:rPr>
          <w:rFonts w:ascii="Arial" w:hAnsi="Arial"/>
          <w:b/>
          <w:i w:val="0"/>
          <w:color w:val="222222"/>
          <w:sz w:val="20"/>
        </w:rPr>
        <w:t>2. Currently, how often do you pass a bowel action? (please tick one box)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025"/>
        <w:gridCol w:w="794"/>
        <w:gridCol w:w="4025"/>
        <w:gridCol w:w="794"/>
      </w:tblGrid>
      <w:tr>
        <w:trPr>
          <w:trHeight w:val="482" w:hRule="atLeast"/>
        </w:trPr>
        <w:tc>
          <w:tcPr>
            <w:tcW w:type="dxa" w:w="4025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  <w:shd w:fill="F5F5F5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9"/>
              </w:rPr>
              <w:t>Once a week</w:t>
            </w:r>
          </w:p>
        </w:tc>
        <w:tc>
          <w:tcPr>
            <w:tcW w:type="dxa" w:w="794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4025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  <w:shd w:fill="F5F5F5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9"/>
              </w:rPr>
              <w:t>Once a day</w:t>
            </w:r>
          </w:p>
        </w:tc>
        <w:tc>
          <w:tcPr>
            <w:tcW w:type="dxa" w:w="794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482" w:hRule="atLeast"/>
        </w:trPr>
        <w:tc>
          <w:tcPr>
            <w:tcW w:type="dxa" w:w="4025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  <w:shd w:fill="F5F5F5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9"/>
              </w:rPr>
              <w:t>Once every 4-6 days</w:t>
            </w:r>
          </w:p>
        </w:tc>
        <w:tc>
          <w:tcPr>
            <w:tcW w:type="dxa" w:w="794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4025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  <w:shd w:fill="F5F5F5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9"/>
              </w:rPr>
              <w:t>2-3 times a day</w:t>
            </w:r>
          </w:p>
        </w:tc>
        <w:tc>
          <w:tcPr>
            <w:tcW w:type="dxa" w:w="794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482" w:hRule="atLeast"/>
        </w:trPr>
        <w:tc>
          <w:tcPr>
            <w:tcW w:type="dxa" w:w="4025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  <w:shd w:fill="F5F5F5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9"/>
              </w:rPr>
              <w:t>Once every 2-3 days</w:t>
            </w:r>
          </w:p>
        </w:tc>
        <w:tc>
          <w:tcPr>
            <w:tcW w:type="dxa" w:w="794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4025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  <w:shd w:fill="F5F5F5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9"/>
              </w:rPr>
              <w:t>4-6 times a day</w:t>
            </w:r>
          </w:p>
        </w:tc>
        <w:tc>
          <w:tcPr>
            <w:tcW w:type="dxa" w:w="794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  <w:tr>
        <w:trPr>
          <w:trHeight w:val="482" w:hRule="atLeast"/>
        </w:trPr>
        <w:tc>
          <w:tcPr>
            <w:tcW w:type="dxa" w:w="4025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20"/>
              </w:rPr>
            </w:r>
          </w:p>
        </w:tc>
        <w:tc>
          <w:tcPr>
            <w:tcW w:type="dxa" w:w="794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 w:val="0"/>
                <w:i w:val="0"/>
                <w:color w:val="222222"/>
                <w:sz w:val="20"/>
              </w:rPr>
            </w:r>
          </w:p>
        </w:tc>
        <w:tc>
          <w:tcPr>
            <w:tcW w:type="dxa" w:w="4025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  <w:shd w:fill="F5F5F5"/>
          </w:tcPr>
          <w:p>
            <w:pPr>
              <w:keepNext w:val="0"/>
              <w:spacing w:before="0" w:after="0" w:line="240" w:lineRule="auto"/>
              <w:jc w:val="left"/>
            </w:pPr>
            <w:r>
              <w:rPr>
                <w:rFonts w:ascii="Arial" w:hAnsi="Arial"/>
                <w:b/>
                <w:i w:val="0"/>
                <w:color w:val="222222"/>
                <w:sz w:val="19"/>
              </w:rPr>
              <w:t>7 or more times a day</w:t>
            </w:r>
          </w:p>
        </w:tc>
        <w:tc>
          <w:tcPr>
            <w:tcW w:type="dxa" w:w="794"/>
            <w:vAlign w:val="center"/>
            <w:tcMar>
              <w:top w:w="40" w:type="dxa"/>
              <w:start w:w="75" w:type="dxa"/>
              <w:bottom w:w="40" w:type="dxa"/>
              <w:end w:w="75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</w:tbl>
    <w:p>
      <w:pPr>
        <w:keepNext/>
        <w:spacing w:before="140" w:after="80" w:line="252" w:lineRule="auto"/>
      </w:pPr>
      <w:r>
        <w:rPr>
          <w:rFonts w:ascii="Arial" w:hAnsi="Arial"/>
          <w:b/>
          <w:i w:val="0"/>
          <w:color w:val="222222"/>
          <w:sz w:val="20"/>
        </w:rPr>
        <w:t>3. Do you currently have satisfactory relief of your gut symptoms? (tick one)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737"/>
        <w:gridCol w:w="737"/>
        <w:gridCol w:w="737"/>
        <w:gridCol w:w="737"/>
      </w:tblGrid>
      <w:tr>
        <w:tc>
          <w:tcPr>
            <w:tcW w:type="dxa" w:w="737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shd w:fill="F5F5F5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9"/>
              </w:rPr>
              <w:t>Yes</w:t>
            </w:r>
          </w:p>
        </w:tc>
        <w:tc>
          <w:tcPr>
            <w:tcW w:type="dxa" w:w="737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  <w:tc>
          <w:tcPr>
            <w:tcW w:type="dxa" w:w="737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  <w:shd w:fill="F5F5F5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222222"/>
                <w:sz w:val="19"/>
              </w:rPr>
              <w:t>No</w:t>
            </w:r>
          </w:p>
        </w:tc>
        <w:tc>
          <w:tcPr>
            <w:tcW w:type="dxa" w:w="737"/>
            <w:vAlign w:val="center"/>
            <w:tcMar>
              <w:top w:w="20" w:type="dxa"/>
              <w:start w:w="40" w:type="dxa"/>
              <w:bottom w:w="20" w:type="dxa"/>
              <w:end w:w="4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6"/>
              </w:rPr>
              <w:t>☐</w:t>
            </w:r>
          </w:p>
        </w:tc>
      </w:tr>
    </w:tbl>
    <w:p>
      <w:pPr>
        <w:keepNext/>
        <w:spacing w:before="140" w:after="60" w:line="252" w:lineRule="auto"/>
      </w:pPr>
      <w:r>
        <w:rPr>
          <w:rFonts w:ascii="Arial" w:hAnsi="Arial"/>
          <w:b/>
          <w:i w:val="0"/>
          <w:color w:val="222222"/>
          <w:sz w:val="20"/>
        </w:rPr>
        <w:t>4. Please tick the box that best describes your current stool: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8050"/>
        <w:gridCol w:w="907"/>
      </w:tblGrid>
      <w:tr>
        <w:tc>
          <w:tcPr>
            <w:tcW w:type="dxa" w:w="8050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 w:val="0"/>
              <w:spacing w:before="0" w:after="0" w:line="240" w:lineRule="auto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4968000" cy="473024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bristol_chart_cropped.jp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68000" cy="473024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07"/>
            <w:vAlign w:val="top"/>
            <w:tcMar>
              <w:top w:w="0" w:type="dxa"/>
              <w:start w:w="0" w:type="dxa"/>
              <w:bottom w:w="0" w:type="dxa"/>
              <w:end w:w="0" w:type="dxa"/>
            </w:tcMar>
          </w:tcPr>
          <w:p>
            <w:pPr>
              <w:keepNext w:val="0"/>
              <w:spacing w:before="740" w:after="0" w:line="920" w:lineRule="exact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8"/>
              </w:rPr>
              <w:t>☐</w:t>
            </w:r>
          </w:p>
          <w:p>
            <w:pPr>
              <w:spacing w:before="0" w:after="0" w:lineRule="exact" w:line="920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8"/>
              </w:rPr>
              <w:t>☐</w:t>
            </w:r>
          </w:p>
          <w:p>
            <w:pPr>
              <w:spacing w:before="0" w:after="0" w:lineRule="exact" w:line="920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8"/>
              </w:rPr>
              <w:t>☐</w:t>
            </w:r>
          </w:p>
          <w:p>
            <w:pPr>
              <w:spacing w:before="0" w:after="0" w:lineRule="exact" w:line="920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8"/>
              </w:rPr>
              <w:t>☐</w:t>
            </w:r>
          </w:p>
          <w:p>
            <w:pPr>
              <w:spacing w:before="0" w:after="0" w:lineRule="exact" w:line="920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8"/>
              </w:rPr>
              <w:t>☐</w:t>
            </w:r>
          </w:p>
          <w:p>
            <w:pPr>
              <w:spacing w:before="0" w:after="0" w:lineRule="exact" w:line="920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8"/>
              </w:rPr>
              <w:t>☐</w:t>
            </w:r>
          </w:p>
          <w:p>
            <w:pPr>
              <w:spacing w:before="0" w:after="0" w:lineRule="exact" w:line="920"/>
              <w:jc w:val="center"/>
            </w:pPr>
            <w:r>
              <w:rPr>
                <w:rFonts w:ascii="DejaVu Sans" w:hAnsi="DejaVu Sans"/>
                <w:b w:val="0"/>
                <w:i w:val="0"/>
                <w:color w:val="222222"/>
                <w:sz w:val="38"/>
              </w:rPr>
              <w:t>☐</w:t>
            </w:r>
          </w:p>
        </w:tc>
      </w:tr>
    </w:tbl>
    <w:p>
      <w:pPr>
        <w:keepNext w:val="0"/>
        <w:spacing w:before="40" w:after="0" w:line="228" w:lineRule="auto"/>
      </w:pPr>
      <w:r>
        <w:rPr>
          <w:rFonts w:ascii="Arial" w:hAnsi="Arial"/>
          <w:b w:val="0"/>
          <w:i/>
          <w:color w:val="222222"/>
          <w:sz w:val="14"/>
        </w:rPr>
        <w:t>Produced by Department of Gastroenterology &amp; Department of Nutrition &amp; Dietetics, Guy's and St Thomas' NHS Foundation Trust; Nutritional Sciences Division, King's College London, London UK</w:t>
      </w:r>
    </w:p>
    <w:sectPr w:rsidR="008B708B" w:rsidSect="00034616">
      <w:headerReference w:type="default" r:id="rId12"/>
      <w:pgSz w:w="11906" w:h="16838"/>
      <w:pgMar w:top="198" w:right="369" w:bottom="822" w:left="369" w:header="85" w:footer="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A255401" w14:textId="77777777" w:rsidR="008B708B" w:rsidRDefault="008B708B">
      <w:pPr>
        <w:spacing w:line="240" w:lineRule="auto"/>
      </w:pPr>
      <w:r>
        <w:separator/>
      </w:r>
    </w:p>
  </w:endnote>
  <w:endnote w:type="continuationSeparator" w:id="0">
    <w:p w14:paraId="0405D841" w14:textId="77777777" w:rsidR="008B708B" w:rsidRDefault="008B70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DejaVu Sans">
    <w:altName w:val="Verdan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5F95E80" w14:textId="77777777" w:rsidR="008D6B96" w:rsidRDefault="008D6B96">
    <w:pPr>
      <w:pStyle w:val="Footer"/>
    </w:pPr>
  </w:p>
  <w:tbl>
    <w:tblPr>
      <w:tblW w:w="11897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11897"/>
    </w:tblGrid>
    <w:tr w:rsidR="008D6B96" w14:paraId="1CEB042D" w14:textId="77777777" w:rsidTr="00E61874">
      <w:trPr>
        <w:trHeight w:val="432"/>
        <w:jc w:val="center"/>
      </w:trPr>
      <w:tc>
        <w:tcPr>
          <w:tcW w:w="11897" w:type="dxa"/>
          <w:shd w:val="clear" w:color="auto" w:fill="24466F"/>
          <w:tcMar>
            <w:top w:w="170" w:type="dxa"/>
            <w:left w:w="100" w:type="dxa"/>
            <w:bottom w:w="170" w:type="dxa"/>
            <w:right w:w="100" w:type="dxa"/>
          </w:tcMar>
        </w:tcPr>
        <w:p w14:paraId="4AAAFE4F" w14:textId="77777777" w:rsidR="008D6B96" w:rsidRDefault="00000000">
          <w:pPr>
            <w:spacing w:line="240" w:lineRule="auto"/>
            <w:jc w:val="center"/>
          </w:pPr>
          <w:r>
            <w:rPr>
              <w:color w:val="FFFFFF"/>
              <w:sz w:val="26"/>
            </w:rPr>
            <w:t>www.marybourkedietitian.ie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55437E7" w14:textId="77777777" w:rsidR="008B708B" w:rsidRDefault="008B708B">
      <w:pPr>
        <w:spacing w:line="240" w:lineRule="auto"/>
      </w:pPr>
      <w:r>
        <w:separator/>
      </w:r>
    </w:p>
  </w:footnote>
  <w:footnote w:type="continuationSeparator" w:id="0">
    <w:p w14:paraId="4FEE1E8E" w14:textId="77777777" w:rsidR="008B708B" w:rsidRDefault="008B708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11855" w:type="dxa"/>
      <w:jc w:val="center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A0" w:firstRow="1" w:lastRow="0" w:firstColumn="1" w:lastColumn="0" w:noHBand="0" w:noVBand="1"/>
    </w:tblPr>
    <w:tblGrid>
      <w:gridCol w:w="2102"/>
      <w:gridCol w:w="6432"/>
      <w:gridCol w:w="3321"/>
    </w:tblGrid>
    <w:tr w:rsidR="00E61874" w14:paraId="654BEC0E" w14:textId="77777777" w:rsidTr="00E61874">
      <w:trPr>
        <w:trHeight w:val="1849"/>
        <w:jc w:val="center"/>
      </w:trPr>
      <w:tc>
        <w:tcPr>
          <w:tcW w:w="2102" w:type="dxa"/>
          <w:shd w:val="clear" w:color="auto" w:fill="F4F1EE"/>
          <w:tcMar>
            <w:top w:w="120" w:type="dxa"/>
            <w:left w:w="150" w:type="dxa"/>
            <w:bottom w:w="120" w:type="dxa"/>
            <w:right w:w="150" w:type="dxa"/>
          </w:tcMar>
          <w:vAlign w:val="center"/>
        </w:tcPr>
        <w:p w14:paraId="0FBA0ECC" w14:textId="77777777" w:rsidR="00E61874" w:rsidRDefault="00E61874" w:rsidP="00E61874">
          <w:pPr>
            <w:jc w:val="center"/>
          </w:pPr>
          <w:r>
            <w:rPr>
              <w:noProof/>
            </w:rPr>
            <w:drawing>
              <wp:inline distT="0" distB="0" distL="0" distR="0" wp14:anchorId="2CABAEED" wp14:editId="51628BC5">
                <wp:extent cx="1080000" cy="108000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_crop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10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432" w:type="dxa"/>
          <w:shd w:val="clear" w:color="auto" w:fill="F4F1EE"/>
          <w:tcMar>
            <w:top w:w="120" w:type="dxa"/>
            <w:left w:w="150" w:type="dxa"/>
            <w:bottom w:w="120" w:type="dxa"/>
            <w:right w:w="150" w:type="dxa"/>
          </w:tcMar>
          <w:vAlign w:val="center"/>
        </w:tcPr>
        <w:p w14:paraId="6FD65237" w14:textId="77777777" w:rsidR="00E61874" w:rsidRDefault="00E61874" w:rsidP="00E61874">
          <w:pPr>
            <w:spacing w:after="60" w:line="240" w:lineRule="auto"/>
          </w:pPr>
          <w:r>
            <w:rPr>
              <w:rFonts w:ascii="Arial" w:hAnsi="Arial"/>
              <w:b/>
              <w:i w:val="0"/>
              <w:color w:val="24466F"/>
              <w:sz w:val="35"/>
            </w:rPr>
            <w:t>Symptom Evaluation Form</w:t>
          </w:r>
        </w:p>
        <w:p w14:paraId="0C1D0B55" w14:textId="77777777" w:rsidR="00E61874" w:rsidRDefault="00E61874" w:rsidP="00E61874">
          <w:pPr>
            <w:spacing w:line="240" w:lineRule="auto"/>
          </w:pPr>
          <w:r>
            <w:rPr>
              <w:b/>
              <w:color w:val="24466F"/>
            </w:rPr>
            <w:t>Please complete this form prior to your appointment and return it via email or bring it with you to your consultation at Ballina Primary Care Centre.</w:t>
          </w:r>
        </w:p>
      </w:tc>
      <w:tc>
        <w:tcPr>
          <w:tcW w:w="3321" w:type="dxa"/>
          <w:tcBorders>
            <w:left w:val="single" w:sz="18" w:space="0" w:color="C9A960"/>
          </w:tcBorders>
          <w:shd w:val="clear" w:color="auto" w:fill="F4F1EE"/>
          <w:tcMar>
            <w:top w:w="120" w:type="dxa"/>
            <w:left w:w="150" w:type="dxa"/>
            <w:bottom w:w="120" w:type="dxa"/>
            <w:right w:w="150" w:type="dxa"/>
          </w:tcMar>
          <w:vAlign w:val="center"/>
        </w:tcPr>
        <w:p w14:paraId="51487F63" w14:textId="77777777" w:rsidR="00E61874" w:rsidRDefault="00E61874" w:rsidP="00E61874">
          <w:pPr>
            <w:spacing w:line="252" w:lineRule="auto"/>
          </w:pPr>
          <w:r>
            <w:rPr>
              <w:color w:val="24466F"/>
            </w:rPr>
            <w:t>Mary Bourke Dietitian</w:t>
          </w:r>
          <w:r>
            <w:rPr>
              <w:color w:val="24466F"/>
            </w:rPr>
            <w:br/>
            <w:t>Ballina Primary Care Centre</w:t>
          </w:r>
          <w:r>
            <w:rPr>
              <w:color w:val="24466F"/>
            </w:rPr>
            <w:br/>
            <w:t>Ballina, Co. Mayo</w:t>
          </w:r>
          <w:r>
            <w:rPr>
              <w:color w:val="24466F"/>
            </w:rPr>
            <w:br/>
            <w:t>087 412 8948</w:t>
          </w:r>
          <w:r>
            <w:rPr>
              <w:color w:val="24466F"/>
            </w:rPr>
            <w:br/>
            <w:t>info@marybourkedietitian.ie</w:t>
          </w:r>
        </w:p>
      </w:tc>
    </w:tr>
  </w:tbl>
  <w:p w14:paraId="45E147C4" w14:textId="77777777" w:rsidR="00E61874" w:rsidRDefault="00E61874">
    <w:pPr>
      <w:pStyle w:val="Header"/>
    </w:pP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901266">
    <w:abstractNumId w:val="8"/>
  </w:num>
  <w:num w:numId="2" w16cid:durableId="1351225578">
    <w:abstractNumId w:val="6"/>
  </w:num>
  <w:num w:numId="3" w16cid:durableId="617027139">
    <w:abstractNumId w:val="5"/>
  </w:num>
  <w:num w:numId="4" w16cid:durableId="1330519742">
    <w:abstractNumId w:val="4"/>
  </w:num>
  <w:num w:numId="5" w16cid:durableId="181556744">
    <w:abstractNumId w:val="7"/>
  </w:num>
  <w:num w:numId="6" w16cid:durableId="1525554745">
    <w:abstractNumId w:val="3"/>
  </w:num>
  <w:num w:numId="7" w16cid:durableId="668404319">
    <w:abstractNumId w:val="2"/>
  </w:num>
  <w:num w:numId="8" w16cid:durableId="280108314">
    <w:abstractNumId w:val="1"/>
  </w:num>
  <w:num w:numId="9" w16cid:durableId="1203410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2565C"/>
    <w:rsid w:val="008B708B"/>
    <w:rsid w:val="008D6B96"/>
    <w:rsid w:val="00AA1D8D"/>
    <w:rsid w:val="00B47730"/>
    <w:rsid w:val="00CB0664"/>
    <w:rsid w:val="00E6187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8D42809"/>
  <w14:defaultImageDpi w14:val="300"/>
  <w15:docId w15:val="{B2ADB866-B229-BA49-943E-66C0A2453D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2" Type="http://schemas.openxmlformats.org/officeDocument/2006/relationships/header" Target="header2.xml"/><Relationship Id="rId13" Type="http://schemas.openxmlformats.org/officeDocument/2006/relationships/image" Target="media/image1.png"/><Relationship Id="rId14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416</Words>
  <Characters>2373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Damien Gallagher</cp:lastModifiedBy>
  <cp:revision>2</cp:revision>
  <cp:lastPrinted>2026-09-25T14:48:00Z</cp:lastPrinted>
  <dcterms:created xsi:type="dcterms:W3CDTF">2013-12-23T23:15:00Z</dcterms:created>
  <dcterms:modified xsi:type="dcterms:W3CDTF">2026-09-25T14:48:00Z</dcterms:modified>
  <cp:category/>
</cp:coreProperties>
</file>