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737E78" w14:textId="77777777" w:rsidR="008D6B96" w:rsidRDefault="008D6B96">
      <w:pPr>
        <w:spacing w:line="96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71"/>
        <w:gridCol w:w="5471"/>
      </w:tblGrid>
      <w:tr w:rsidR="008D6B96" w14:paraId="4B5A7C2E" w14:textId="77777777">
        <w:trPr>
          <w:jc w:val="center"/>
        </w:trPr>
        <w:tc>
          <w:tcPr>
            <w:tcW w:w="5471" w:type="dxa"/>
            <w:tcMar>
              <w:top w:w="30" w:type="dxa"/>
              <w:left w:w="170" w:type="dxa"/>
              <w:bottom w:w="0" w:type="dxa"/>
              <w:right w:w="170" w:type="dxa"/>
            </w:tcMar>
          </w:tcPr>
          <w:p w14:paraId="22C7857B" w14:textId="77777777" w:rsidR="008D6B96" w:rsidRDefault="008D6B96"/>
          <w:p w14:paraId="5B5888E3" w14:textId="77777777" w:rsidR="008D6B96" w:rsidRDefault="00000000">
            <w:pPr>
              <w:keepNext/>
              <w:spacing w:after="100" w:line="240" w:lineRule="auto"/>
            </w:pPr>
            <w:r>
              <w:rPr>
                <w:b/>
                <w:color w:val="24466F"/>
                <w:sz w:val="28"/>
              </w:rPr>
              <w:t>Basic Client Information</w:t>
            </w:r>
          </w:p>
          <w:p w14:paraId="6E88580F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Full Name</w:t>
            </w:r>
            <w:r>
              <w:rPr>
                <w:color w:val="222222"/>
                <w:sz w:val="19"/>
              </w:rPr>
              <w:t xml:space="preserve">  .................................</w:t>
            </w:r>
          </w:p>
          <w:p w14:paraId="7FA7315B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Date of Birth</w:t>
            </w:r>
            <w:r>
              <w:rPr>
                <w:color w:val="222222"/>
                <w:sz w:val="19"/>
              </w:rPr>
              <w:t xml:space="preserve">  ..............................</w:t>
            </w:r>
          </w:p>
          <w:p w14:paraId="4C1D5E47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Phone Number</w:t>
            </w:r>
            <w:r>
              <w:rPr>
                <w:color w:val="222222"/>
                <w:sz w:val="19"/>
              </w:rPr>
              <w:t xml:space="preserve">  .............................</w:t>
            </w:r>
          </w:p>
          <w:p w14:paraId="1DB6AB21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Email Address</w:t>
            </w:r>
            <w:r>
              <w:rPr>
                <w:color w:val="222222"/>
                <w:sz w:val="19"/>
              </w:rPr>
              <w:t xml:space="preserve">  .............................</w:t>
            </w:r>
          </w:p>
          <w:p w14:paraId="03CFC298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GP / Referring Physician</w:t>
            </w:r>
            <w:r>
              <w:rPr>
                <w:color w:val="222222"/>
                <w:sz w:val="19"/>
              </w:rPr>
              <w:t xml:space="preserve">  ..................</w:t>
            </w:r>
          </w:p>
          <w:p w14:paraId="5468FE22" w14:textId="77777777" w:rsidR="008D6B96" w:rsidRDefault="00000000">
            <w:pPr>
              <w:keepNext/>
              <w:spacing w:before="140" w:after="100" w:line="240" w:lineRule="auto"/>
            </w:pPr>
            <w:r>
              <w:rPr>
                <w:b/>
                <w:color w:val="24466F"/>
                <w:sz w:val="28"/>
              </w:rPr>
              <w:t>Chief Complaint &amp; Goals</w:t>
            </w:r>
          </w:p>
          <w:p w14:paraId="5AEA520A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What is the primary reason for your visit today?</w:t>
            </w:r>
          </w:p>
          <w:p w14:paraId="6A5A34DA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21AA8CA1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How long have you been experiencing these symptoms or concerns?</w:t>
            </w:r>
          </w:p>
          <w:p w14:paraId="26E1B283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3B8A2401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Have you previously seen a dietitian or healthcare professional for this issue?</w:t>
            </w:r>
          </w:p>
          <w:p w14:paraId="3D942117" w14:textId="77777777" w:rsidR="008D6B96" w:rsidRDefault="00000000">
            <w:pPr>
              <w:spacing w:after="40" w:line="259" w:lineRule="auto"/>
            </w:pPr>
            <w:r>
              <w:rPr>
                <w:rFonts w:ascii="DejaVu Sans" w:hAnsi="DejaVu Sans"/>
                <w:color w:val="222222"/>
                <w:sz w:val="20"/>
              </w:rPr>
              <w:t>☐</w:t>
            </w:r>
            <w:r>
              <w:rPr>
                <w:color w:val="222222"/>
                <w:sz w:val="20"/>
              </w:rPr>
              <w:t xml:space="preserve">    Yes</w:t>
            </w:r>
          </w:p>
          <w:p w14:paraId="76C64A51" w14:textId="77777777" w:rsidR="008D6B96" w:rsidRDefault="00000000">
            <w:pPr>
              <w:spacing w:after="40" w:line="259" w:lineRule="auto"/>
            </w:pPr>
            <w:r>
              <w:rPr>
                <w:rFonts w:ascii="DejaVu Sans" w:hAnsi="DejaVu Sans"/>
                <w:color w:val="222222"/>
                <w:sz w:val="20"/>
              </w:rPr>
              <w:t>☐</w:t>
            </w:r>
            <w:r>
              <w:rPr>
                <w:color w:val="222222"/>
                <w:sz w:val="20"/>
              </w:rPr>
              <w:t xml:space="preserve">    No</w:t>
            </w:r>
          </w:p>
          <w:p w14:paraId="301DF2E6" w14:textId="77777777" w:rsidR="008D6B96" w:rsidRDefault="00000000">
            <w:pPr>
              <w:keepNext/>
              <w:spacing w:before="140" w:after="100" w:line="240" w:lineRule="auto"/>
            </w:pPr>
            <w:r>
              <w:rPr>
                <w:b/>
                <w:color w:val="24466F"/>
                <w:sz w:val="28"/>
              </w:rPr>
              <w:t>Medical &amp; Surgical History</w:t>
            </w:r>
          </w:p>
          <w:p w14:paraId="07FC2392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Please list any current medical diagnoses (e.g., IBS, Coeliac disease, Type 2 diabetes, high blood pressure):</w:t>
            </w:r>
          </w:p>
          <w:p w14:paraId="6EED4C7D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209C36F2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23F4AC2C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C7DC7AE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Please list any current medications, over-the-counter remedies, vitamins, or herbal supplements:</w:t>
            </w:r>
          </w:p>
          <w:p w14:paraId="00626B28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5AB58445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00A02164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Have you had any recent medical investigations (e.g., blood tests, endoscopies, scans)?</w:t>
            </w:r>
          </w:p>
          <w:p w14:paraId="1A2D9E6C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63234556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</w:tc>
        <w:tc>
          <w:tcPr>
            <w:tcW w:w="5471" w:type="dxa"/>
            <w:tcMar>
              <w:top w:w="30" w:type="dxa"/>
              <w:left w:w="170" w:type="dxa"/>
              <w:bottom w:w="0" w:type="dxa"/>
              <w:right w:w="170" w:type="dxa"/>
            </w:tcMar>
          </w:tcPr>
          <w:p w14:paraId="5B27F11C" w14:textId="77777777" w:rsidR="008D6B96" w:rsidRDefault="008D6B96"/>
          <w:p w14:paraId="2659A0E1" w14:textId="77777777" w:rsidR="008D6B96" w:rsidRDefault="00000000">
            <w:pPr>
              <w:keepNext/>
              <w:spacing w:after="100" w:line="240" w:lineRule="auto"/>
            </w:pPr>
            <w:r>
              <w:rPr>
                <w:b/>
                <w:color w:val="24466F"/>
                <w:sz w:val="28"/>
              </w:rPr>
              <w:t>Dietary &amp; Lifestyle Habits</w:t>
            </w:r>
          </w:p>
          <w:p w14:paraId="577DAC2E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Please describe what a typical day of eating and drinking looks like for you:</w:t>
            </w:r>
          </w:p>
          <w:p w14:paraId="0B4355C1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Breakfast</w:t>
            </w:r>
            <w:r>
              <w:rPr>
                <w:color w:val="222222"/>
                <w:sz w:val="19"/>
              </w:rPr>
              <w:t xml:space="preserve">  .....................................</w:t>
            </w:r>
          </w:p>
          <w:p w14:paraId="313D75F3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Lunch</w:t>
            </w:r>
            <w:r>
              <w:rPr>
                <w:color w:val="222222"/>
                <w:sz w:val="19"/>
              </w:rPr>
              <w:t xml:space="preserve">  .........................................</w:t>
            </w:r>
          </w:p>
          <w:p w14:paraId="1DE2C4E5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Dinner</w:t>
            </w:r>
            <w:r>
              <w:rPr>
                <w:color w:val="222222"/>
                <w:sz w:val="19"/>
              </w:rPr>
              <w:t xml:space="preserve">  ........................................</w:t>
            </w:r>
          </w:p>
          <w:p w14:paraId="1FA841F6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Snacks</w:t>
            </w:r>
            <w:r>
              <w:rPr>
                <w:color w:val="222222"/>
                <w:sz w:val="19"/>
              </w:rPr>
              <w:t xml:space="preserve">  ........................................</w:t>
            </w:r>
          </w:p>
          <w:p w14:paraId="14F739C2" w14:textId="77777777" w:rsidR="008D6B96" w:rsidRDefault="008D6B96">
            <w:pPr>
              <w:spacing w:after="60" w:line="293" w:lineRule="auto"/>
            </w:pPr>
          </w:p>
          <w:p w14:paraId="6B6F9493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Average daily water intake:</w:t>
            </w:r>
            <w:r>
              <w:rPr>
                <w:color w:val="222222"/>
                <w:sz w:val="19"/>
              </w:rPr>
              <w:t xml:space="preserve">  ......................</w:t>
            </w:r>
          </w:p>
          <w:p w14:paraId="32A3C816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Do you smoke?</w:t>
            </w:r>
          </w:p>
          <w:p w14:paraId="503FB10F" w14:textId="77777777" w:rsidR="008D6B96" w:rsidRDefault="00000000">
            <w:pPr>
              <w:spacing w:after="40" w:line="259" w:lineRule="auto"/>
            </w:pPr>
            <w:r>
              <w:rPr>
                <w:rFonts w:ascii="DejaVu Sans" w:hAnsi="DejaVu Sans"/>
                <w:color w:val="222222"/>
                <w:sz w:val="20"/>
              </w:rPr>
              <w:t>☐</w:t>
            </w:r>
            <w:r>
              <w:rPr>
                <w:color w:val="222222"/>
                <w:sz w:val="20"/>
              </w:rPr>
              <w:t xml:space="preserve">    Yes</w:t>
            </w:r>
          </w:p>
          <w:p w14:paraId="367867B6" w14:textId="77777777" w:rsidR="008D6B96" w:rsidRDefault="00000000">
            <w:pPr>
              <w:spacing w:after="40" w:line="259" w:lineRule="auto"/>
            </w:pPr>
            <w:r>
              <w:rPr>
                <w:rFonts w:ascii="DejaVu Sans" w:hAnsi="DejaVu Sans"/>
                <w:color w:val="222222"/>
                <w:sz w:val="20"/>
              </w:rPr>
              <w:t>☐</w:t>
            </w:r>
            <w:r>
              <w:rPr>
                <w:color w:val="222222"/>
                <w:sz w:val="20"/>
              </w:rPr>
              <w:t xml:space="preserve">    No</w:t>
            </w:r>
          </w:p>
          <w:p w14:paraId="442F9419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Alcohol consumption:</w:t>
            </w:r>
            <w:r>
              <w:rPr>
                <w:color w:val="222222"/>
                <w:sz w:val="19"/>
              </w:rPr>
              <w:t xml:space="preserve">  .........................</w:t>
            </w:r>
          </w:p>
          <w:p w14:paraId="70515AE5" w14:textId="77777777" w:rsidR="008D6B96" w:rsidRDefault="00000000">
            <w:pPr>
              <w:spacing w:after="40" w:line="259" w:lineRule="auto"/>
            </w:pPr>
            <w:r>
              <w:rPr>
                <w:color w:val="222222"/>
                <w:sz w:val="20"/>
              </w:rPr>
              <w:t>Typical exercise routine:</w:t>
            </w:r>
            <w:r>
              <w:rPr>
                <w:color w:val="222222"/>
                <w:sz w:val="19"/>
              </w:rPr>
              <w:t xml:space="preserve">  ......................</w:t>
            </w:r>
          </w:p>
          <w:p w14:paraId="7C18FEE5" w14:textId="77777777" w:rsidR="008D6B96" w:rsidRDefault="00000000">
            <w:pPr>
              <w:keepNext/>
              <w:spacing w:before="140" w:after="100" w:line="240" w:lineRule="auto"/>
            </w:pPr>
            <w:r>
              <w:rPr>
                <w:b/>
                <w:color w:val="24466F"/>
                <w:sz w:val="28"/>
              </w:rPr>
              <w:t>Food Allergies, Intolerances &amp; Preferences</w:t>
            </w:r>
          </w:p>
          <w:p w14:paraId="65F79332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Do you have any known food allergies or intolerances?</w:t>
            </w:r>
          </w:p>
          <w:p w14:paraId="65D6D6AE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DF6B22A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C1DF71B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249DBEC5" w14:textId="77777777" w:rsidR="008D6B96" w:rsidRDefault="00000000">
            <w:pPr>
              <w:spacing w:after="60" w:line="293" w:lineRule="auto"/>
            </w:pPr>
            <w:r>
              <w:rPr>
                <w:color w:val="222222"/>
                <w:sz w:val="20"/>
              </w:rPr>
              <w:t>Do you follow any specific dietary pattern (e.g., vegetarian, vegan, gluten-free)?</w:t>
            </w:r>
          </w:p>
          <w:p w14:paraId="52AC5E10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39A16521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FB16A3E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5445C2C2" w14:textId="77777777" w:rsidR="008D6B96" w:rsidRDefault="00000000">
            <w:pPr>
              <w:keepNext/>
              <w:spacing w:before="140" w:after="100" w:line="240" w:lineRule="auto"/>
            </w:pPr>
            <w:r>
              <w:rPr>
                <w:b/>
                <w:color w:val="24466F"/>
                <w:sz w:val="28"/>
              </w:rPr>
              <w:t>Additional Notes</w:t>
            </w:r>
          </w:p>
          <w:p w14:paraId="134D7E72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1EF89975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4223E044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55F6478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679E52A4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3FD551F1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  <w:p w14:paraId="75B567C2" w14:textId="77777777" w:rsidR="008D6B96" w:rsidRDefault="00000000">
            <w:pPr>
              <w:spacing w:after="60" w:line="283" w:lineRule="auto"/>
            </w:pPr>
            <w:r>
              <w:rPr>
                <w:color w:val="222222"/>
                <w:sz w:val="19"/>
              </w:rPr>
              <w:t>..........................................................</w:t>
            </w:r>
          </w:p>
        </w:tc>
      </w:tr>
    </w:tbl>
    <w:p w14:paraId="695AD08B" w14:textId="77777777" w:rsidR="008B708B" w:rsidRDefault="008B708B"/>
    <w:sectPr w:rsidR="008B708B" w:rsidSect="00034616">
      <w:headerReference w:type="default" r:id="rId8"/>
      <w:footerReference w:type="default" r:id="rId9"/>
      <w:pgSz w:w="11906" w:h="16838"/>
      <w:pgMar w:top="198" w:right="369" w:bottom="822" w:left="369" w:header="85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255401" w14:textId="77777777" w:rsidR="008B708B" w:rsidRDefault="008B708B">
      <w:pPr>
        <w:spacing w:line="240" w:lineRule="auto"/>
      </w:pPr>
      <w:r>
        <w:separator/>
      </w:r>
    </w:p>
  </w:endnote>
  <w:endnote w:type="continuationSeparator" w:id="0">
    <w:p w14:paraId="0405D841" w14:textId="77777777" w:rsidR="008B708B" w:rsidRDefault="008B7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95E80" w14:textId="77777777" w:rsidR="008D6B96" w:rsidRDefault="008D6B96">
    <w:pPr>
      <w:pStyle w:val="Footer"/>
    </w:pPr>
  </w:p>
  <w:tbl>
    <w:tblPr>
      <w:tblW w:w="11897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897"/>
    </w:tblGrid>
    <w:tr w:rsidR="008D6B96" w14:paraId="1CEB042D" w14:textId="77777777" w:rsidTr="00E61874">
      <w:trPr>
        <w:trHeight w:val="432"/>
        <w:jc w:val="center"/>
      </w:trPr>
      <w:tc>
        <w:tcPr>
          <w:tcW w:w="11897" w:type="dxa"/>
          <w:shd w:val="clear" w:color="auto" w:fill="24466F"/>
          <w:tcMar>
            <w:top w:w="170" w:type="dxa"/>
            <w:left w:w="100" w:type="dxa"/>
            <w:bottom w:w="170" w:type="dxa"/>
            <w:right w:w="100" w:type="dxa"/>
          </w:tcMar>
        </w:tcPr>
        <w:p w14:paraId="4AAAFE4F" w14:textId="77777777" w:rsidR="008D6B96" w:rsidRDefault="00000000">
          <w:pPr>
            <w:spacing w:line="240" w:lineRule="auto"/>
            <w:jc w:val="center"/>
          </w:pPr>
          <w:r>
            <w:rPr>
              <w:color w:val="FFFFFF"/>
              <w:sz w:val="26"/>
            </w:rPr>
            <w:t>www.marybourkedietitian.ie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5437E7" w14:textId="77777777" w:rsidR="008B708B" w:rsidRDefault="008B708B">
      <w:pPr>
        <w:spacing w:line="240" w:lineRule="auto"/>
      </w:pPr>
      <w:r>
        <w:separator/>
      </w:r>
    </w:p>
  </w:footnote>
  <w:footnote w:type="continuationSeparator" w:id="0">
    <w:p w14:paraId="4FEE1E8E" w14:textId="77777777" w:rsidR="008B708B" w:rsidRDefault="008B7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1855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102"/>
      <w:gridCol w:w="6432"/>
      <w:gridCol w:w="3321"/>
    </w:tblGrid>
    <w:tr w:rsidR="00E61874" w14:paraId="654BEC0E" w14:textId="77777777" w:rsidTr="00E61874">
      <w:trPr>
        <w:trHeight w:val="1849"/>
        <w:jc w:val="center"/>
      </w:trPr>
      <w:tc>
        <w:tcPr>
          <w:tcW w:w="2102" w:type="dxa"/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0FBA0ECC" w14:textId="77777777" w:rsidR="00E61874" w:rsidRDefault="00E61874" w:rsidP="00E61874">
          <w:pPr>
            <w:jc w:val="center"/>
          </w:pPr>
          <w:r>
            <w:rPr>
              <w:noProof/>
            </w:rPr>
            <w:drawing>
              <wp:inline distT="0" distB="0" distL="0" distR="0" wp14:anchorId="2CABAEED" wp14:editId="51628BC5">
                <wp:extent cx="1080000" cy="1080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2" w:type="dxa"/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6FD65237" w14:textId="77777777" w:rsidR="00E61874" w:rsidRDefault="00E61874" w:rsidP="00E61874">
          <w:pPr>
            <w:spacing w:after="60" w:line="240" w:lineRule="auto"/>
          </w:pPr>
          <w:r>
            <w:rPr>
              <w:b/>
              <w:color w:val="24466F"/>
              <w:sz w:val="35"/>
            </w:rPr>
            <w:t>Pre-Consultation Questionnaire</w:t>
          </w:r>
        </w:p>
        <w:p w14:paraId="0C1D0B55" w14:textId="77777777" w:rsidR="00E61874" w:rsidRDefault="00E61874" w:rsidP="00E61874">
          <w:pPr>
            <w:spacing w:line="240" w:lineRule="auto"/>
          </w:pPr>
          <w:r>
            <w:rPr>
              <w:b/>
              <w:color w:val="24466F"/>
            </w:rPr>
            <w:t>Please complete this form prior to your appointment and return it via email or bring it with you to your consultation at Ballina Primary Care Centre.</w:t>
          </w:r>
        </w:p>
      </w:tc>
      <w:tc>
        <w:tcPr>
          <w:tcW w:w="3321" w:type="dxa"/>
          <w:tcBorders>
            <w:left w:val="single" w:sz="18" w:space="0" w:color="C9A960"/>
          </w:tcBorders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51487F63" w14:textId="77777777" w:rsidR="00E61874" w:rsidRDefault="00E61874" w:rsidP="00E61874">
          <w:pPr>
            <w:spacing w:line="252" w:lineRule="auto"/>
          </w:pPr>
          <w:r>
            <w:rPr>
              <w:color w:val="24466F"/>
            </w:rPr>
            <w:t>Mary Bourke Dietitian</w:t>
          </w:r>
          <w:r>
            <w:rPr>
              <w:color w:val="24466F"/>
            </w:rPr>
            <w:br/>
            <w:t>Ballina Primary Care Centre</w:t>
          </w:r>
          <w:r>
            <w:rPr>
              <w:color w:val="24466F"/>
            </w:rPr>
            <w:br/>
            <w:t>Ballina, Co. Mayo</w:t>
          </w:r>
          <w:r>
            <w:rPr>
              <w:color w:val="24466F"/>
            </w:rPr>
            <w:br/>
            <w:t>087 412 8948</w:t>
          </w:r>
          <w:r>
            <w:rPr>
              <w:color w:val="24466F"/>
            </w:rPr>
            <w:br/>
            <w:t>info@marybourkedietitian.ie</w:t>
          </w:r>
        </w:p>
      </w:tc>
    </w:tr>
  </w:tbl>
  <w:p w14:paraId="45E147C4" w14:textId="77777777" w:rsidR="00E61874" w:rsidRDefault="00E618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01266">
    <w:abstractNumId w:val="8"/>
  </w:num>
  <w:num w:numId="2" w16cid:durableId="1351225578">
    <w:abstractNumId w:val="6"/>
  </w:num>
  <w:num w:numId="3" w16cid:durableId="617027139">
    <w:abstractNumId w:val="5"/>
  </w:num>
  <w:num w:numId="4" w16cid:durableId="1330519742">
    <w:abstractNumId w:val="4"/>
  </w:num>
  <w:num w:numId="5" w16cid:durableId="181556744">
    <w:abstractNumId w:val="7"/>
  </w:num>
  <w:num w:numId="6" w16cid:durableId="1525554745">
    <w:abstractNumId w:val="3"/>
  </w:num>
  <w:num w:numId="7" w16cid:durableId="668404319">
    <w:abstractNumId w:val="2"/>
  </w:num>
  <w:num w:numId="8" w16cid:durableId="280108314">
    <w:abstractNumId w:val="1"/>
  </w:num>
  <w:num w:numId="9" w16cid:durableId="120341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565C"/>
    <w:rsid w:val="008B708B"/>
    <w:rsid w:val="008D6B96"/>
    <w:rsid w:val="00AA1D8D"/>
    <w:rsid w:val="00B47730"/>
    <w:rsid w:val="00CB0664"/>
    <w:rsid w:val="00E61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42809"/>
  <w14:defaultImageDpi w14:val="300"/>
  <w15:docId w15:val="{B2ADB866-B229-BA49-943E-66C0A245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Damien Gallagher</cp:lastModifiedBy>
  <cp:revision>2</cp:revision>
  <cp:lastPrinted>2026-09-25T14:48:00Z</cp:lastPrinted>
  <dcterms:created xsi:type="dcterms:W3CDTF">2013-12-23T23:15:00Z</dcterms:created>
  <dcterms:modified xsi:type="dcterms:W3CDTF">2026-09-25T14:48:00Z</dcterms:modified>
  <cp:category/>
</cp:coreProperties>
</file>